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C4570" w:rsidRDefault="001C4570" w14:paraId="5DBB00FF" w14:textId="77777777">
      <w:pPr>
        <w:spacing w:after="40"/>
        <w:jc w:val="center"/>
        <w:rPr>
          <w:rFonts w:ascii="Aptos Display" w:hAnsi="Aptos Display"/>
          <w:b/>
          <w:sz w:val="36"/>
        </w:rPr>
      </w:pPr>
    </w:p>
    <w:p w:rsidR="001C4570" w:rsidRDefault="001C4570" w14:paraId="3B73E0BD" w14:textId="77777777">
      <w:pPr>
        <w:spacing w:after="40"/>
        <w:jc w:val="center"/>
        <w:rPr>
          <w:rFonts w:ascii="Aptos Display" w:hAnsi="Aptos Display"/>
          <w:b/>
          <w:sz w:val="36"/>
        </w:rPr>
      </w:pPr>
    </w:p>
    <w:p w:rsidRPr="001C4570" w:rsidR="001C4570" w:rsidRDefault="001C4570" w14:paraId="34B89AD8" w14:textId="77777777">
      <w:pPr>
        <w:spacing w:after="40"/>
        <w:jc w:val="center"/>
        <w:rPr>
          <w:rFonts w:ascii="Aptos Display" w:hAnsi="Aptos Display"/>
          <w:b/>
          <w:sz w:val="40"/>
          <w:szCs w:val="40"/>
        </w:rPr>
      </w:pPr>
    </w:p>
    <w:p w:rsidRPr="00052570" w:rsidR="001833B9" w:rsidRDefault="00DC09F8" w14:paraId="23D7EF2B" w14:textId="3C6974F4">
      <w:pPr>
        <w:spacing w:after="40"/>
        <w:jc w:val="center"/>
        <w:rPr>
          <w:sz w:val="40"/>
          <w:szCs w:val="40"/>
          <w:lang w:val="fr-FR"/>
        </w:rPr>
      </w:pPr>
      <w:r w:rsidRPr="00052570">
        <w:rPr>
          <w:rFonts w:ascii="Aptos Display" w:hAnsi="Aptos Display"/>
          <w:b/>
          <w:sz w:val="40"/>
          <w:szCs w:val="40"/>
          <w:lang w:val="fr-FR"/>
        </w:rPr>
        <w:t>EUROPEAN FENCING CONFEDERATION</w:t>
      </w:r>
    </w:p>
    <w:p w:rsidRPr="00052570" w:rsidR="001833B9" w:rsidRDefault="00DC09F8" w14:paraId="2DFF0C41" w14:textId="77777777">
      <w:pPr>
        <w:spacing w:after="560"/>
        <w:jc w:val="center"/>
        <w:rPr>
          <w:sz w:val="40"/>
          <w:szCs w:val="40"/>
          <w:lang w:val="fr-FR"/>
        </w:rPr>
      </w:pPr>
      <w:r w:rsidRPr="00052570">
        <w:rPr>
          <w:color w:val="667085"/>
          <w:sz w:val="40"/>
          <w:szCs w:val="40"/>
          <w:lang w:val="fr-FR"/>
        </w:rPr>
        <w:t>CONFÉDÉRATION EUROPÉENNE D’ESCRIME</w:t>
      </w:r>
    </w:p>
    <w:p w:rsidR="001833B9" w:rsidRDefault="00DC09F8" w14:paraId="2C85E5F7" w14:textId="77777777">
      <w:pPr>
        <w:spacing w:after="560"/>
        <w:jc w:val="center"/>
      </w:pPr>
      <w:r>
        <w:rPr>
          <w:noProof/>
        </w:rPr>
        <w:drawing>
          <wp:inline distT="0" distB="0" distL="0" distR="0" wp14:anchorId="3349260F" wp14:editId="1845D05D">
            <wp:extent cx="1417320" cy="1390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c_logo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39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3B9" w:rsidRDefault="00DC09F8" w14:paraId="27D41218" w14:textId="46DEEE00">
      <w:pPr>
        <w:spacing w:after="240"/>
        <w:jc w:val="center"/>
      </w:pPr>
      <w:r>
        <w:rPr>
          <w:rFonts w:ascii="Aptos Display" w:hAnsi="Aptos Display"/>
          <w:b/>
          <w:sz w:val="54"/>
        </w:rPr>
        <w:t>EUROPEAN CUP OF</w:t>
      </w:r>
      <w:r w:rsidR="001C4570">
        <w:rPr>
          <w:rFonts w:ascii="Aptos Display" w:hAnsi="Aptos Display"/>
          <w:b/>
          <w:sz w:val="54"/>
        </w:rPr>
        <w:t xml:space="preserve"> C</w:t>
      </w:r>
      <w:r>
        <w:rPr>
          <w:rFonts w:ascii="Aptos Display" w:hAnsi="Aptos Display"/>
          <w:b/>
          <w:sz w:val="54"/>
        </w:rPr>
        <w:t>LUB CHAMPIONS</w:t>
      </w:r>
    </w:p>
    <w:p w:rsidR="001833B9" w:rsidRDefault="00DC09F8" w14:paraId="0DC6E2A3" w14:textId="77777777">
      <w:pPr>
        <w:spacing w:after="240"/>
        <w:jc w:val="center"/>
      </w:pPr>
      <w:r>
        <w:rPr>
          <w:b/>
          <w:color w:val="2F65B0"/>
          <w:sz w:val="30"/>
        </w:rPr>
        <w:t>APPLICATION FORM</w:t>
      </w:r>
    </w:p>
    <w:p w:rsidR="001C4570" w:rsidRDefault="001C4570" w14:paraId="08D22D1B" w14:textId="77777777">
      <w:pPr>
        <w:jc w:val="center"/>
        <w:rPr>
          <w:color w:val="667085"/>
          <w:sz w:val="22"/>
        </w:rPr>
      </w:pPr>
    </w:p>
    <w:p w:rsidR="001C4570" w:rsidRDefault="001C4570" w14:paraId="1638CC0B" w14:textId="77777777">
      <w:pPr>
        <w:jc w:val="center"/>
        <w:rPr>
          <w:color w:val="667085"/>
          <w:sz w:val="22"/>
        </w:rPr>
      </w:pPr>
    </w:p>
    <w:p w:rsidR="001C4570" w:rsidRDefault="001C4570" w14:paraId="24AB980D" w14:textId="77777777">
      <w:pPr>
        <w:jc w:val="center"/>
        <w:rPr>
          <w:color w:val="667085"/>
          <w:sz w:val="22"/>
        </w:rPr>
      </w:pPr>
    </w:p>
    <w:p w:rsidR="001C4570" w:rsidRDefault="001C4570" w14:paraId="7E5BF7EE" w14:textId="77777777">
      <w:pPr>
        <w:jc w:val="center"/>
        <w:rPr>
          <w:color w:val="667085"/>
          <w:sz w:val="22"/>
        </w:rPr>
      </w:pPr>
    </w:p>
    <w:p w:rsidR="001C4570" w:rsidRDefault="001C4570" w14:paraId="166CC171" w14:textId="77777777">
      <w:pPr>
        <w:jc w:val="center"/>
        <w:rPr>
          <w:color w:val="667085"/>
          <w:sz w:val="22"/>
        </w:rPr>
      </w:pPr>
    </w:p>
    <w:p w:rsidR="001C4570" w:rsidRDefault="001C4570" w14:paraId="3FA091EA" w14:textId="77777777">
      <w:pPr>
        <w:jc w:val="center"/>
        <w:rPr>
          <w:color w:val="667085"/>
          <w:sz w:val="22"/>
        </w:rPr>
      </w:pPr>
    </w:p>
    <w:p w:rsidR="001C4570" w:rsidRDefault="001C4570" w14:paraId="465F1DCA" w14:textId="77777777">
      <w:pPr>
        <w:jc w:val="center"/>
        <w:rPr>
          <w:color w:val="667085"/>
          <w:sz w:val="22"/>
        </w:rPr>
      </w:pPr>
    </w:p>
    <w:p w:rsidR="001C4570" w:rsidRDefault="001C4570" w14:paraId="7D8CF792" w14:textId="77777777">
      <w:pPr>
        <w:jc w:val="center"/>
        <w:rPr>
          <w:color w:val="667085"/>
          <w:sz w:val="22"/>
        </w:rPr>
      </w:pPr>
    </w:p>
    <w:p w:rsidR="001C4570" w:rsidRDefault="001C4570" w14:paraId="153910CA" w14:textId="77777777">
      <w:pPr>
        <w:jc w:val="center"/>
        <w:rPr>
          <w:color w:val="667085"/>
          <w:sz w:val="22"/>
        </w:rPr>
      </w:pPr>
    </w:p>
    <w:p w:rsidR="001C4570" w:rsidRDefault="001C4570" w14:paraId="18596D84" w14:textId="77777777">
      <w:pPr>
        <w:jc w:val="center"/>
        <w:rPr>
          <w:color w:val="667085"/>
          <w:sz w:val="22"/>
        </w:rPr>
      </w:pPr>
    </w:p>
    <w:p w:rsidR="001C4570" w:rsidRDefault="001C4570" w14:paraId="3EF57078" w14:textId="77777777">
      <w:pPr>
        <w:jc w:val="center"/>
        <w:rPr>
          <w:color w:val="667085"/>
          <w:sz w:val="22"/>
        </w:rPr>
      </w:pPr>
    </w:p>
    <w:p w:rsidR="001C4570" w:rsidRDefault="001C4570" w14:paraId="3B736393" w14:textId="77777777">
      <w:pPr>
        <w:jc w:val="center"/>
      </w:pPr>
    </w:p>
    <w:p w:rsidR="001833B9" w:rsidRDefault="00DC09F8" w14:paraId="3B62F2C6" w14:textId="77777777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1. Key figures</w:t>
      </w:r>
    </w:p>
    <w:tbl>
      <w:tblPr>
        <w:tblW w:w="10226" w:type="dxa"/>
        <w:jc w:val="center"/>
        <w:tblLayout w:type="fixed"/>
        <w:tblLook w:val="04A0" w:firstRow="1" w:lastRow="0" w:firstColumn="1" w:lastColumn="0" w:noHBand="0" w:noVBand="1"/>
      </w:tblPr>
      <w:tblGrid>
        <w:gridCol w:w="3818"/>
        <w:gridCol w:w="6408"/>
      </w:tblGrid>
      <w:tr w:rsidR="001833B9" w:rsidTr="001C4570" w14:paraId="0CC9B8A3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DC09F8" w14:paraId="5E085BD6" w14:textId="77777777">
            <w:pPr>
              <w:spacing w:after="0"/>
            </w:pPr>
            <w:r>
              <w:rPr>
                <w:b/>
                <w:sz w:val="20"/>
              </w:rPr>
              <w:t>Federation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1833B9" w14:paraId="01B80CA5" w14:textId="50CFE8B9">
            <w:pPr>
              <w:spacing w:after="0"/>
            </w:pPr>
          </w:p>
        </w:tc>
      </w:tr>
      <w:tr w:rsidR="001833B9" w:rsidTr="001C4570" w14:paraId="40F2018A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DC09F8" w14:paraId="0FE7E48C" w14:textId="77777777">
            <w:pPr>
              <w:spacing w:after="0"/>
            </w:pPr>
            <w:r>
              <w:rPr>
                <w:b/>
                <w:sz w:val="20"/>
              </w:rPr>
              <w:t>Place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1833B9" w14:paraId="4E37778B" w14:textId="77777777">
            <w:pPr>
              <w:spacing w:after="0"/>
            </w:pPr>
          </w:p>
        </w:tc>
      </w:tr>
      <w:tr w:rsidR="001833B9" w:rsidTr="001C4570" w14:paraId="1C5D2BC7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DC09F8" w14:paraId="1F31D025" w14:textId="77777777">
            <w:pPr>
              <w:spacing w:after="0"/>
            </w:pPr>
            <w:r>
              <w:rPr>
                <w:b/>
                <w:sz w:val="20"/>
              </w:rPr>
              <w:t>Proposed date in October 2027/2028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1833B9" w14:paraId="550ADA15" w14:textId="77777777">
            <w:pPr>
              <w:spacing w:after="0"/>
            </w:pPr>
          </w:p>
        </w:tc>
      </w:tr>
      <w:tr w:rsidR="001833B9" w:rsidTr="001C4570" w14:paraId="1DE52389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052570" w14:paraId="3D652418" w14:textId="18AC9501">
            <w:pPr>
              <w:spacing w:after="0"/>
            </w:pPr>
            <w:r>
              <w:rPr>
                <w:b/>
                <w:sz w:val="20"/>
              </w:rPr>
              <w:t>LOC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1833B9" w14:paraId="6C268C66" w14:textId="77777777">
            <w:pPr>
              <w:spacing w:after="0"/>
            </w:pPr>
          </w:p>
        </w:tc>
      </w:tr>
      <w:tr w:rsidR="001833B9" w:rsidTr="001C4570" w14:paraId="724D515F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DC09F8" w14:paraId="7A91099F" w14:textId="77777777">
            <w:pPr>
              <w:spacing w:after="0"/>
            </w:pPr>
            <w:r>
              <w:rPr>
                <w:b/>
                <w:sz w:val="20"/>
              </w:rPr>
              <w:t>Number of pistes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1833B9" w:rsidRDefault="001833B9" w14:paraId="292B0436" w14:textId="77777777">
            <w:pPr>
              <w:spacing w:after="0"/>
            </w:pPr>
          </w:p>
        </w:tc>
      </w:tr>
      <w:tr w:rsidR="00052570" w:rsidTr="001C4570" w14:paraId="5836D748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052570" w:rsidRDefault="00052570" w14:paraId="627FDFD9" w14:textId="7852A448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Number of spectators expected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052570" w:rsidRDefault="00052570" w14:paraId="5EBB72FA" w14:textId="77777777">
            <w:pPr>
              <w:spacing w:after="0"/>
            </w:pPr>
          </w:p>
        </w:tc>
      </w:tr>
      <w:tr w:rsidR="00054EED" w:rsidTr="001C4570" w14:paraId="7DCC89B9" w14:textId="77777777">
        <w:trPr>
          <w:trHeight w:val="660"/>
          <w:jc w:val="center"/>
        </w:trPr>
        <w:tc>
          <w:tcPr>
            <w:tcW w:w="381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shd w:val="clear" w:color="auto" w:fill="EEF3F9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054EED" w:rsidRDefault="00054EED" w14:paraId="468EF060" w14:textId="58BC2BCA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Size of the organizing team</w:t>
            </w:r>
          </w:p>
        </w:tc>
        <w:tc>
          <w:tcPr>
            <w:tcW w:w="6408" w:type="dxa"/>
            <w:tcBorders>
              <w:top w:val="single" w:color="D6DEE8" w:sz="8" w:space="0"/>
              <w:left w:val="single" w:color="D6DEE8" w:sz="8" w:space="0"/>
              <w:bottom w:val="single" w:color="D6DEE8" w:sz="8" w:space="0"/>
              <w:right w:val="single" w:color="D6DEE8" w:sz="8" w:space="0"/>
            </w:tcBorders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:rsidR="00054EED" w:rsidRDefault="00054EED" w14:paraId="74A8763A" w14:textId="77777777">
            <w:pPr>
              <w:spacing w:after="0"/>
            </w:pPr>
          </w:p>
        </w:tc>
      </w:tr>
    </w:tbl>
    <w:p w:rsidR="001833B9" w:rsidRDefault="001833B9" w14:paraId="4214BC30" w14:textId="4D5A63DC"/>
    <w:p w:rsidR="001833B9" w:rsidRDefault="00DC09F8" w14:paraId="30846849" w14:textId="77777777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2. Venue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1833B9" w:rsidTr="7B9ADA5E" w14:paraId="6B9563CC" w14:textId="77777777">
        <w:trPr>
          <w:trHeight w:val="193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1833B9" w:rsidRDefault="00DC09F8" w14:paraId="62A1931B" w14:textId="4DCF6450">
            <w:r>
              <w:rPr>
                <w:i/>
                <w:color w:val="98A2B3"/>
                <w:sz w:val="18"/>
              </w:rPr>
              <w:t>Please provide a concise description. If possible, include photos and views.</w:t>
            </w:r>
            <w:r w:rsidR="00327DCD">
              <w:rPr>
                <w:i/>
                <w:color w:val="98A2B3"/>
                <w:sz w:val="18"/>
              </w:rPr>
              <w:t xml:space="preserve"> Plans with measuring are required as well for all areas </w:t>
            </w:r>
            <w:r w:rsidR="003469D5">
              <w:rPr>
                <w:i/>
                <w:color w:val="98A2B3"/>
                <w:sz w:val="18"/>
              </w:rPr>
              <w:t>concerning FOP and Finals</w:t>
            </w:r>
          </w:p>
        </w:tc>
      </w:tr>
    </w:tbl>
    <w:p w:rsidR="001833B9" w:rsidRDefault="001833B9" w14:paraId="5D228603" w14:textId="77777777">
      <w:pPr>
        <w:spacing w:after="20"/>
      </w:pPr>
    </w:p>
    <w:p w:rsidR="001833B9" w:rsidRDefault="00DC09F8" w14:paraId="107C1981" w14:textId="77777777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3. Accommodation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1833B9" w:rsidTr="7B9ADA5E" w14:paraId="6D390B21" w14:textId="77777777">
        <w:trPr>
          <w:trHeight w:val="2760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1833B9" w:rsidRDefault="00DC09F8" w14:paraId="03EB195F" w14:textId="77777777">
            <w:r>
              <w:rPr>
                <w:i/>
                <w:color w:val="98A2B3"/>
                <w:sz w:val="18"/>
              </w:rPr>
              <w:t>Please include accommodation options and prices.</w:t>
            </w:r>
          </w:p>
        </w:tc>
      </w:tr>
    </w:tbl>
    <w:p w:rsidR="001833B9" w:rsidRDefault="001833B9" w14:paraId="406CE4FA" w14:textId="77777777">
      <w:pPr>
        <w:spacing w:after="20"/>
      </w:pPr>
    </w:p>
    <w:p w:rsidR="001C4570" w:rsidRDefault="001C4570" w14:paraId="1AAD407B" w14:textId="77777777">
      <w:pPr>
        <w:spacing w:after="20"/>
      </w:pPr>
    </w:p>
    <w:p w:rsidR="001C4570" w:rsidRDefault="001C4570" w14:paraId="3219A983" w14:textId="77777777">
      <w:pPr>
        <w:spacing w:after="20"/>
      </w:pPr>
    </w:p>
    <w:p w:rsidR="001833B9" w:rsidRDefault="00DC09F8" w14:paraId="2C992B8E" w14:textId="77777777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4. Medical Service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1833B9" w:rsidTr="7B9ADA5E" w14:paraId="32882882" w14:textId="77777777">
        <w:trPr>
          <w:trHeight w:val="148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1833B9" w:rsidRDefault="00DC09F8" w14:paraId="0B28AD2C" w14:textId="77777777">
            <w:r>
              <w:rPr>
                <w:i/>
                <w:color w:val="98A2B3"/>
                <w:sz w:val="18"/>
              </w:rPr>
              <w:t>Please describe the medical services available during the tournament.</w:t>
            </w:r>
          </w:p>
        </w:tc>
      </w:tr>
    </w:tbl>
    <w:p w:rsidR="001833B9" w:rsidRDefault="001833B9" w14:paraId="2C86CD8F" w14:textId="77777777">
      <w:pPr>
        <w:spacing w:after="20"/>
      </w:pPr>
    </w:p>
    <w:p w:rsidR="001833B9" w:rsidRDefault="00DC09F8" w14:paraId="4A88A19E" w14:textId="77777777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5. Promotion of the tournament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1833B9" w:rsidTr="7B9ADA5E" w14:paraId="67D2FAF5" w14:textId="77777777">
        <w:trPr>
          <w:trHeight w:val="295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1833B9" w:rsidRDefault="00DC09F8" w14:paraId="76AD0CDA" w14:textId="77777777">
            <w:r>
              <w:rPr>
                <w:i/>
                <w:color w:val="98A2B3"/>
                <w:sz w:val="18"/>
              </w:rPr>
              <w:t>Please outline the proposed communication and promotional activities.</w:t>
            </w:r>
          </w:p>
        </w:tc>
      </w:tr>
    </w:tbl>
    <w:p w:rsidR="001833B9" w:rsidRDefault="001833B9" w14:paraId="23F27B46" w14:textId="77777777">
      <w:pPr>
        <w:spacing w:after="20"/>
      </w:pPr>
    </w:p>
    <w:p w:rsidR="001833B9" w:rsidRDefault="00DC09F8" w14:paraId="286FDFFB" w14:textId="56A0B569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 xml:space="preserve">6. </w:t>
      </w:r>
      <w:r w:rsidR="003F4A24">
        <w:rPr>
          <w:rFonts w:ascii="Aptos Display" w:hAnsi="Aptos Display"/>
          <w:b/>
          <w:sz w:val="38"/>
        </w:rPr>
        <w:t>Innovation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1833B9" w:rsidTr="7B9ADA5E" w14:paraId="32580BEC" w14:textId="77777777">
        <w:trPr>
          <w:trHeight w:val="4650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1833B9" w:rsidRDefault="00DC09F8" w14:paraId="66F078D2" w14:textId="3C5B2968">
            <w:r>
              <w:rPr>
                <w:i/>
                <w:color w:val="98A2B3"/>
                <w:sz w:val="18"/>
              </w:rPr>
              <w:t xml:space="preserve">Please provide information </w:t>
            </w:r>
            <w:r w:rsidR="003F4A24">
              <w:rPr>
                <w:i/>
                <w:color w:val="98A2B3"/>
                <w:sz w:val="18"/>
              </w:rPr>
              <w:t xml:space="preserve">about a potential </w:t>
            </w:r>
            <w:r w:rsidR="002C2D4A">
              <w:rPr>
                <w:i/>
                <w:color w:val="98A2B3"/>
                <w:sz w:val="18"/>
              </w:rPr>
              <w:t>innovation you want to bring in</w:t>
            </w:r>
            <w:r w:rsidR="002C2D4A">
              <w:rPr>
                <w:i/>
                <w:color w:val="98A2B3"/>
                <w:sz w:val="18"/>
              </w:rPr>
              <w:br/>
            </w:r>
            <w:r w:rsidR="002C2D4A">
              <w:rPr>
                <w:i/>
                <w:color w:val="98A2B3"/>
                <w:sz w:val="18"/>
              </w:rPr>
              <w:t xml:space="preserve">You are free to play with Format of the Competition, Schedule, Annex activities, Wireless … </w:t>
            </w:r>
          </w:p>
        </w:tc>
      </w:tr>
    </w:tbl>
    <w:p w:rsidR="003F4A24" w:rsidP="003F4A24" w:rsidRDefault="008801A3" w14:paraId="05199978" w14:textId="09E9F4A4">
      <w:pPr>
        <w:pBdr>
          <w:bottom w:val="single" w:color="2F65B0" w:sz="10" w:space="4"/>
        </w:pBdr>
        <w:spacing w:before="240" w:after="160"/>
      </w:pPr>
      <w:bookmarkStart w:name="OLE_LINK1" w:id="0"/>
      <w:r>
        <w:rPr>
          <w:rFonts w:ascii="Aptos Display" w:hAnsi="Aptos Display"/>
          <w:b/>
          <w:sz w:val="38"/>
        </w:rPr>
        <w:t>7</w:t>
      </w:r>
      <w:r w:rsidR="003F4A24">
        <w:rPr>
          <w:rFonts w:ascii="Aptos Display" w:hAnsi="Aptos Display"/>
          <w:b/>
          <w:sz w:val="38"/>
        </w:rPr>
        <w:t xml:space="preserve">. </w:t>
      </w:r>
      <w:r w:rsidR="002C2D4A">
        <w:rPr>
          <w:rFonts w:ascii="Aptos Display" w:hAnsi="Aptos Display"/>
          <w:b/>
          <w:sz w:val="38"/>
        </w:rPr>
        <w:t>Sustainability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3F4A24" w:rsidTr="7B9ADA5E" w14:paraId="1159F6EC" w14:textId="77777777">
        <w:trPr>
          <w:trHeight w:val="454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3F4A24" w:rsidP="00A93DB9" w:rsidRDefault="003F4A24" w14:paraId="422144D2" w14:textId="27735B36">
            <w:r>
              <w:rPr>
                <w:i/>
                <w:color w:val="98A2B3"/>
                <w:sz w:val="18"/>
              </w:rPr>
              <w:t xml:space="preserve">Please </w:t>
            </w:r>
            <w:r w:rsidR="002C2D4A">
              <w:rPr>
                <w:i/>
                <w:color w:val="98A2B3"/>
                <w:sz w:val="18"/>
              </w:rPr>
              <w:t>show how your event is sustainable (</w:t>
            </w:r>
            <w:r w:rsidR="00F61BA7">
              <w:rPr>
                <w:i/>
                <w:color w:val="98A2B3"/>
                <w:sz w:val="18"/>
              </w:rPr>
              <w:t>actions, label…)</w:t>
            </w:r>
          </w:p>
        </w:tc>
      </w:tr>
      <w:bookmarkEnd w:id="0"/>
    </w:tbl>
    <w:p w:rsidR="003F4A24" w:rsidP="003F4A24" w:rsidRDefault="003F4A24" w14:paraId="43626BEA" w14:textId="77777777">
      <w:pPr>
        <w:spacing w:after="20"/>
      </w:pPr>
    </w:p>
    <w:p w:rsidR="008801A3" w:rsidP="008801A3" w:rsidRDefault="008801A3" w14:paraId="2F89F018" w14:textId="3487B30A">
      <w:pPr>
        <w:pBdr>
          <w:bottom w:val="single" w:color="2F65B0" w:sz="10" w:space="4"/>
        </w:pBdr>
        <w:spacing w:before="240" w:after="160"/>
      </w:pPr>
      <w:bookmarkStart w:name="OLE_LINK2" w:id="1"/>
      <w:r>
        <w:rPr>
          <w:rFonts w:ascii="Aptos Display" w:hAnsi="Aptos Display"/>
          <w:b/>
          <w:sz w:val="38"/>
        </w:rPr>
        <w:t>8. Core team and CVs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8801A3" w:rsidTr="7B9ADA5E" w14:paraId="1640D645" w14:textId="77777777">
        <w:trPr>
          <w:trHeight w:val="565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8801A3" w:rsidP="00A93DB9" w:rsidRDefault="008801A3" w14:paraId="59CC8616" w14:textId="202F7487">
            <w:r>
              <w:rPr>
                <w:i/>
                <w:color w:val="98A2B3"/>
                <w:sz w:val="18"/>
              </w:rPr>
              <w:t xml:space="preserve">Please list the </w:t>
            </w:r>
            <w:r w:rsidR="00760A26">
              <w:rPr>
                <w:i/>
                <w:color w:val="98A2B3"/>
                <w:sz w:val="18"/>
              </w:rPr>
              <w:t>core team for the organization and attach their CVs</w:t>
            </w:r>
          </w:p>
        </w:tc>
      </w:tr>
      <w:bookmarkEnd w:id="1"/>
    </w:tbl>
    <w:p w:rsidR="008801A3" w:rsidP="003F4A24" w:rsidRDefault="008801A3" w14:paraId="00A75C3B" w14:textId="77777777">
      <w:pPr>
        <w:spacing w:after="20"/>
      </w:pPr>
    </w:p>
    <w:p w:rsidR="00760A26" w:rsidP="00760A26" w:rsidRDefault="00760A26" w14:paraId="2E418FD6" w14:textId="77777777">
      <w:pPr>
        <w:pBdr>
          <w:bottom w:val="single" w:color="2F65B0" w:sz="10" w:space="4"/>
        </w:pBdr>
        <w:spacing w:before="240" w:after="160"/>
        <w:rPr>
          <w:rFonts w:ascii="Aptos Display" w:hAnsi="Aptos Display"/>
          <w:b/>
          <w:sz w:val="38"/>
        </w:rPr>
      </w:pPr>
    </w:p>
    <w:p w:rsidR="00760A26" w:rsidP="00760A26" w:rsidRDefault="00760A26" w14:paraId="0CAEE9A0" w14:textId="45EA5491">
      <w:pPr>
        <w:pBdr>
          <w:bottom w:val="single" w:color="2F65B0" w:sz="10" w:space="4"/>
        </w:pBdr>
        <w:spacing w:before="240" w:after="160"/>
      </w:pPr>
      <w:bookmarkStart w:name="OLE_LINK3" w:id="2"/>
      <w:r>
        <w:rPr>
          <w:rFonts w:ascii="Aptos Display" w:hAnsi="Aptos Display"/>
          <w:b/>
          <w:sz w:val="38"/>
        </w:rPr>
        <w:t xml:space="preserve">9. </w:t>
      </w:r>
      <w:r w:rsidR="00DB59A1">
        <w:rPr>
          <w:rFonts w:ascii="Aptos Display" w:hAnsi="Aptos Display"/>
          <w:b/>
          <w:sz w:val="38"/>
        </w:rPr>
        <w:t>Financial considerations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760A26" w:rsidTr="5C6D471A" w14:paraId="57A40DEF" w14:textId="77777777">
        <w:trPr>
          <w:trHeight w:val="5400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760A26" w:rsidP="00A93DB9" w:rsidRDefault="00203931" w14:paraId="2D455394" w14:textId="4A7F7415">
            <w:r>
              <w:rPr>
                <w:i/>
                <w:color w:val="98A2B3"/>
                <w:sz w:val="18"/>
              </w:rPr>
              <w:t>Budget, sponsors etc</w:t>
            </w:r>
          </w:p>
        </w:tc>
      </w:tr>
      <w:bookmarkEnd w:id="2"/>
    </w:tbl>
    <w:p w:rsidR="001833B9" w:rsidRDefault="001833B9" w14:paraId="76CE2B55" w14:textId="77777777">
      <w:pPr>
        <w:spacing w:after="20"/>
      </w:pPr>
    </w:p>
    <w:p w:rsidR="00DB59A1" w:rsidP="00DB59A1" w:rsidRDefault="008A5E5E" w14:paraId="06EA0799" w14:textId="176CA5DE">
      <w:pPr>
        <w:pBdr>
          <w:bottom w:val="single" w:color="2F65B0" w:sz="10" w:space="4"/>
        </w:pBdr>
        <w:spacing w:before="240" w:after="160"/>
      </w:pPr>
      <w:r>
        <w:rPr>
          <w:rFonts w:ascii="Aptos Display" w:hAnsi="Aptos Display"/>
          <w:b/>
          <w:sz w:val="38"/>
        </w:rPr>
        <w:t>10</w:t>
      </w:r>
      <w:r w:rsidR="00DB59A1">
        <w:rPr>
          <w:rFonts w:ascii="Aptos Display" w:hAnsi="Aptos Display"/>
          <w:b/>
          <w:sz w:val="38"/>
        </w:rPr>
        <w:t>. Additional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DB59A1" w:rsidTr="5C6D471A" w14:paraId="31970D2E" w14:textId="77777777">
        <w:trPr>
          <w:trHeight w:val="4815"/>
          <w:jc w:val="center"/>
        </w:trPr>
        <w:tc>
          <w:tcPr>
            <w:tcW w:w="9648" w:type="dxa"/>
            <w:tcBorders>
              <w:top w:val="single" w:color="AAB7C7" w:sz="8" w:space="0"/>
              <w:left w:val="single" w:color="AAB7C7" w:sz="8" w:space="0"/>
              <w:bottom w:val="single" w:color="AAB7C7" w:sz="8" w:space="0"/>
              <w:right w:val="single" w:color="AAB7C7" w:sz="8" w:space="0"/>
            </w:tcBorders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DB59A1" w:rsidP="00270CFD" w:rsidRDefault="00DB59A1" w14:paraId="5B323E90" w14:textId="77777777">
            <w:r>
              <w:rPr>
                <w:i/>
                <w:color w:val="98A2B3"/>
                <w:sz w:val="18"/>
              </w:rPr>
              <w:t>Any other information you want to provide</w:t>
            </w:r>
          </w:p>
        </w:tc>
      </w:tr>
    </w:tbl>
    <w:p w:rsidR="00DB59A1" w:rsidRDefault="00DB59A1" w14:paraId="5B207309" w14:textId="77777777">
      <w:pPr>
        <w:spacing w:after="20"/>
      </w:pPr>
    </w:p>
    <w:p w:rsidR="001833B9" w:rsidRDefault="00DC09F8" w14:paraId="5E614A79" w14:textId="77777777">
      <w:pPr>
        <w:pBdr>
          <w:bottom w:val="single" w:color="BFC8D6" w:sz="10" w:space="4"/>
        </w:pBdr>
        <w:spacing w:before="160"/>
      </w:pPr>
      <w:r>
        <w:rPr>
          <w:b/>
          <w:sz w:val="18"/>
        </w:rPr>
        <w:t>NOTES</w:t>
      </w:r>
    </w:p>
    <w:p w:rsidR="001833B9" w:rsidRDefault="00DC09F8" w14:paraId="5572E1B1" w14:textId="77777777">
      <w:pPr>
        <w:spacing w:after="0"/>
      </w:pPr>
      <w:r>
        <w:rPr>
          <w:color w:val="667085"/>
          <w:sz w:val="17"/>
        </w:rPr>
        <w:t>1  Venue: if possible, with photos and views.     2  Accommodation: with prices.</w:t>
      </w:r>
    </w:p>
    <w:sectPr w:rsidR="001833B9" w:rsidSect="001C4570">
      <w:footerReference w:type="default" r:id="rId12"/>
      <w:pgSz w:w="12240" w:h="15840" w:orient="portrait"/>
      <w:pgMar w:top="936" w:right="1080" w:bottom="936" w:left="1080" w:header="720" w:footer="2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09F8" w:rsidRDefault="00DC09F8" w14:paraId="587CDF8A" w14:textId="77777777">
      <w:pPr>
        <w:spacing w:after="0" w:line="240" w:lineRule="auto"/>
      </w:pPr>
      <w:r>
        <w:separator/>
      </w:r>
    </w:p>
  </w:endnote>
  <w:endnote w:type="continuationSeparator" w:id="0">
    <w:p w:rsidR="00DC09F8" w:rsidRDefault="00DC09F8" w14:paraId="7D4336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4570" w:rsidRDefault="001C4570" w14:paraId="747ECEA6" w14:textId="77777777">
    <w:pPr>
      <w:pStyle w:val="Footer"/>
      <w:jc w:val="center"/>
      <w:rPr>
        <w:color w:val="8A8F98"/>
        <w:sz w:val="17"/>
      </w:rPr>
    </w:pPr>
  </w:p>
  <w:p w:rsidR="001C4570" w:rsidP="001C4570" w:rsidRDefault="001C4570" w14:paraId="5F0A8812" w14:textId="77777777">
    <w:pPr>
      <w:pStyle w:val="Footer"/>
      <w:pBdr>
        <w:bottom w:val="single" w:color="auto" w:sz="4" w:space="1"/>
      </w:pBdr>
      <w:jc w:val="center"/>
      <w:rPr>
        <w:color w:val="8A8F98"/>
        <w:sz w:val="17"/>
      </w:rPr>
    </w:pPr>
  </w:p>
  <w:p w:rsidR="001833B9" w:rsidP="001C4570" w:rsidRDefault="00DC09F8" w14:paraId="1FE76BF7" w14:textId="03211E66">
    <w:pPr>
      <w:pStyle w:val="Footer"/>
    </w:pPr>
    <w:r>
      <w:rPr>
        <w:color w:val="8A8F98"/>
        <w:sz w:val="17"/>
      </w:rPr>
      <w:t>European Cup of Club Champions  •  Application Form</w:t>
    </w:r>
    <w:r w:rsidR="001C4570">
      <w:rPr>
        <w:color w:val="8A8F98"/>
        <w:sz w:val="17"/>
      </w:rPr>
      <w:tab/>
    </w:r>
    <w:r w:rsidR="001C4570">
      <w:rPr>
        <w:color w:val="8A8F98"/>
        <w:sz w:val="17"/>
      </w:rPr>
      <w:tab/>
    </w:r>
    <w:r>
      <w:rPr>
        <w:color w:val="9AA1AA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56315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09F8" w:rsidRDefault="00DC09F8" w14:paraId="14E3BE87" w14:textId="77777777">
      <w:pPr>
        <w:spacing w:after="0" w:line="240" w:lineRule="auto"/>
      </w:pPr>
      <w:r>
        <w:separator/>
      </w:r>
    </w:p>
  </w:footnote>
  <w:footnote w:type="continuationSeparator" w:id="0">
    <w:p w:rsidR="00DC09F8" w:rsidRDefault="00DC09F8" w14:paraId="25EE9F1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036272643">
    <w:abstractNumId w:val="8"/>
  </w:num>
  <w:num w:numId="2" w16cid:durableId="1286696831">
    <w:abstractNumId w:val="6"/>
  </w:num>
  <w:num w:numId="3" w16cid:durableId="2139369021">
    <w:abstractNumId w:val="5"/>
  </w:num>
  <w:num w:numId="4" w16cid:durableId="1114132040">
    <w:abstractNumId w:val="4"/>
  </w:num>
  <w:num w:numId="5" w16cid:durableId="1372918774">
    <w:abstractNumId w:val="7"/>
  </w:num>
  <w:num w:numId="6" w16cid:durableId="751317554">
    <w:abstractNumId w:val="3"/>
  </w:num>
  <w:num w:numId="7" w16cid:durableId="671566290">
    <w:abstractNumId w:val="2"/>
  </w:num>
  <w:num w:numId="8" w16cid:durableId="2023705119">
    <w:abstractNumId w:val="1"/>
  </w:num>
  <w:num w:numId="9" w16cid:durableId="23783510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570"/>
    <w:rsid w:val="00054EED"/>
    <w:rsid w:val="0006063C"/>
    <w:rsid w:val="0015074B"/>
    <w:rsid w:val="001833B9"/>
    <w:rsid w:val="001C4570"/>
    <w:rsid w:val="00203931"/>
    <w:rsid w:val="0029639D"/>
    <w:rsid w:val="002C2D4A"/>
    <w:rsid w:val="00326F90"/>
    <w:rsid w:val="00327DCD"/>
    <w:rsid w:val="003469D5"/>
    <w:rsid w:val="003F4A24"/>
    <w:rsid w:val="00563152"/>
    <w:rsid w:val="00577F1F"/>
    <w:rsid w:val="006107DB"/>
    <w:rsid w:val="00636D73"/>
    <w:rsid w:val="00760A26"/>
    <w:rsid w:val="007D2E24"/>
    <w:rsid w:val="007F64B9"/>
    <w:rsid w:val="00805926"/>
    <w:rsid w:val="00867711"/>
    <w:rsid w:val="008801A3"/>
    <w:rsid w:val="008A5E5E"/>
    <w:rsid w:val="00920C22"/>
    <w:rsid w:val="00950C85"/>
    <w:rsid w:val="00AA1D8D"/>
    <w:rsid w:val="00AC10F3"/>
    <w:rsid w:val="00B2048E"/>
    <w:rsid w:val="00B47730"/>
    <w:rsid w:val="00B962D8"/>
    <w:rsid w:val="00CB0664"/>
    <w:rsid w:val="00DB59A1"/>
    <w:rsid w:val="00DC09F8"/>
    <w:rsid w:val="00F61BA7"/>
    <w:rsid w:val="00FB3EC2"/>
    <w:rsid w:val="00FC693F"/>
    <w:rsid w:val="5C6D471A"/>
    <w:rsid w:val="7B9AD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4FCB5F"/>
  <w14:defaultImageDpi w14:val="300"/>
  <w15:docId w15:val="{843D4150-479A-48F7-B659-573602A665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59A1"/>
    <w:rPr>
      <w:rFonts w:ascii="Aptos" w:hAnsi="Aptos"/>
      <w:color w:val="0B2F6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3430fa-ba09-40de-9fc4-ccadf2f83bec">
      <Terms xmlns="http://schemas.microsoft.com/office/infopath/2007/PartnerControls"/>
    </lcf76f155ced4ddcb4097134ff3c332f>
    <TaxCatchAll xmlns="d05d602d-0322-476f-b9eb-129d173647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6A0341CECCA47AA354CA5523909A1" ma:contentTypeVersion="14" ma:contentTypeDescription="Create a new document." ma:contentTypeScope="" ma:versionID="3a443b029dc1b3fc3e8dd20103b80487">
  <xsd:schema xmlns:xsd="http://www.w3.org/2001/XMLSchema" xmlns:xs="http://www.w3.org/2001/XMLSchema" xmlns:p="http://schemas.microsoft.com/office/2006/metadata/properties" xmlns:ns2="963430fa-ba09-40de-9fc4-ccadf2f83bec" xmlns:ns3="d05d602d-0322-476f-b9eb-129d173647fd" targetNamespace="http://schemas.microsoft.com/office/2006/metadata/properties" ma:root="true" ma:fieldsID="a838a076e1d26a191cce1464d986dee4" ns2:_="" ns3:_="">
    <xsd:import namespace="963430fa-ba09-40de-9fc4-ccadf2f83bec"/>
    <xsd:import namespace="d05d602d-0322-476f-b9eb-129d17364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430fa-ba09-40de-9fc4-ccadf2f8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bdaa6d-a353-4196-8d09-7cdeafca7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d602d-0322-476f-b9eb-129d173647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2d85019-3424-4dad-8cac-c42eada73012}" ma:internalName="TaxCatchAll" ma:showField="CatchAllData" ma:web="d05d602d-0322-476f-b9eb-129d17364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FFAE46-C8C5-40B5-99F1-FB98E68723D5}">
  <ds:schemaRefs>
    <ds:schemaRef ds:uri="http://schemas.microsoft.com/office/2006/metadata/properties"/>
    <ds:schemaRef ds:uri="http://schemas.microsoft.com/office/infopath/2007/PartnerControls"/>
    <ds:schemaRef ds:uri="963430fa-ba09-40de-9fc4-ccadf2f83bec"/>
    <ds:schemaRef ds:uri="d05d602d-0322-476f-b9eb-129d173647fd"/>
  </ds:schemaRefs>
</ds:datastoreItem>
</file>

<file path=customXml/itemProps2.xml><?xml version="1.0" encoding="utf-8"?>
<ds:datastoreItem xmlns:ds="http://schemas.openxmlformats.org/officeDocument/2006/customXml" ds:itemID="{7EE23E4B-F453-4AB6-8CA7-4A0C00422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C2D3E-E291-4C59-94B3-CAB163DBA32F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European Cup of Club Champions - Application Form 2027/2028</dc:title>
  <dc:subject>European Fencing Confederation application form</dc:subject>
  <dc:creator>European Fencing Confederation</dc:creator>
  <keywords/>
  <dc:description/>
  <lastModifiedBy>The President of the EFC - Pascal Tesch</lastModifiedBy>
  <revision>19</revision>
  <dcterms:created xsi:type="dcterms:W3CDTF">2026-08-14T07:27:00.0000000Z</dcterms:created>
  <dcterms:modified xsi:type="dcterms:W3CDTF">2026-09-07T09:27:43.9282020Z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0x01010077B6A0341CECCA47AA354CA5523909A1</vt:lpwstr>
  </property>
  <property fmtid="{D5CDD505-2E9C-101B-9397-08002B2CF9AE}" pid="3" name="MediaServiceImageTags">
    <vt:lpwstr/>
  </property>
</Properties>
</file>