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4F92" w14:textId="77777777" w:rsidR="00FC4B53" w:rsidRPr="001D273E" w:rsidRDefault="00000000">
      <w:pPr>
        <w:spacing w:before="760"/>
        <w:jc w:val="center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noProof/>
        </w:rPr>
        <w:drawing>
          <wp:inline distT="0" distB="0" distL="0" distR="0" wp14:anchorId="23C412B4" wp14:editId="340E3F42">
            <wp:extent cx="1368000" cy="136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6706C" w14:textId="77777777" w:rsidR="00FC4B53" w:rsidRPr="001D273E" w:rsidRDefault="00000000">
      <w:pPr>
        <w:spacing w:before="360"/>
        <w:jc w:val="center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  <w:sz w:val="56"/>
        </w:rPr>
        <w:t>BID APPLICATION</w:t>
      </w:r>
    </w:p>
    <w:p w14:paraId="16C3DE04" w14:textId="77777777" w:rsidR="00FC4B53" w:rsidRPr="001D273E" w:rsidRDefault="00000000">
      <w:pPr>
        <w:jc w:val="center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  <w:color w:val="46439A"/>
          <w:sz w:val="56"/>
        </w:rPr>
        <w:t>FORM</w:t>
      </w:r>
    </w:p>
    <w:p w14:paraId="7328FFD0" w14:textId="77777777" w:rsidR="00FC4B53" w:rsidRPr="001D273E" w:rsidRDefault="00000000">
      <w:pPr>
        <w:spacing w:before="160"/>
        <w:jc w:val="center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color w:val="6C7280"/>
          <w:sz w:val="22"/>
        </w:rPr>
        <w:t>European Fencing Confederation</w:t>
      </w:r>
    </w:p>
    <w:p w14:paraId="06EACFE4" w14:textId="77777777" w:rsidR="00FC4B53" w:rsidRPr="001D273E" w:rsidRDefault="00000000">
      <w:pPr>
        <w:spacing w:before="640"/>
        <w:jc w:val="center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i/>
          <w:color w:val="6C7280"/>
          <w:sz w:val="18"/>
        </w:rPr>
        <w:t>A clear, structured application for hosting EFC competitions and events.</w:t>
      </w:r>
    </w:p>
    <w:p w14:paraId="79362515" w14:textId="77777777" w:rsidR="00FC4B53" w:rsidRPr="001D273E" w:rsidRDefault="00FC4B53">
      <w:pPr>
        <w:rPr>
          <w:rFonts w:asciiTheme="majorHAnsi" w:hAnsiTheme="majorHAnsi" w:cstheme="maj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0"/>
      </w:tblGrid>
      <w:tr w:rsidR="00FC4B53" w:rsidRPr="001D273E" w14:paraId="13DDEC67" w14:textId="77777777">
        <w:tc>
          <w:tcPr>
            <w:tcW w:w="9752" w:type="dxa"/>
            <w:tcBorders>
              <w:top w:val="single" w:sz="5" w:space="0" w:color="D9D5F2"/>
              <w:left w:val="single" w:sz="5" w:space="0" w:color="D9D5F2"/>
              <w:bottom w:val="single" w:sz="5" w:space="0" w:color="D9D5F2"/>
              <w:right w:val="single" w:sz="5" w:space="0" w:color="D9D5F2"/>
            </w:tcBorders>
            <w:shd w:val="clear" w:color="auto" w:fill="F2F1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D398CDE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46439A"/>
                <w:sz w:val="15"/>
              </w:rPr>
              <w:t xml:space="preserve">NOTE  </w:t>
            </w:r>
            <w:r w:rsidRPr="001D273E">
              <w:rPr>
                <w:rFonts w:asciiTheme="majorHAnsi" w:hAnsiTheme="majorHAnsi" w:cstheme="majorHAnsi"/>
                <w:sz w:val="17"/>
              </w:rPr>
              <w:t>For the avoidance of doubt, a separate application form must be completed for each competition.</w:t>
            </w:r>
          </w:p>
        </w:tc>
      </w:tr>
    </w:tbl>
    <w:p w14:paraId="43C2F765" w14:textId="77777777" w:rsidR="00FC4B53" w:rsidRPr="001D273E" w:rsidRDefault="00000000">
      <w:pPr>
        <w:spacing w:before="44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  <w:color w:val="6C7280"/>
          <w:sz w:val="16"/>
        </w:rPr>
        <w:t>NATIONAL FEDERATION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0A30E1ED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999BE93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Enter federation name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1057F061" w14:textId="77777777" w:rsidR="00FC4B53" w:rsidRPr="001D273E" w:rsidRDefault="00000000">
      <w:pPr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1F6F4F1E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D8452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lastRenderedPageBreak/>
              <w:t>01</w:t>
            </w:r>
          </w:p>
        </w:tc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3B9F16A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COMPETITION ORGANISATION</w:t>
            </w:r>
          </w:p>
        </w:tc>
      </w:tr>
    </w:tbl>
    <w:p w14:paraId="0C3B030D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4EF0B255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Event category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Select one competition or event.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6B805832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2F651F5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Senior European Championships</w:t>
            </w:r>
          </w:p>
        </w:tc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B2C6C5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U23 European Championships</w:t>
            </w:r>
          </w:p>
        </w:tc>
      </w:tr>
      <w:tr w:rsidR="00FC4B53" w:rsidRPr="001D273E" w14:paraId="7240F822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C464D6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Cadet and Junior European Championships</w:t>
            </w:r>
          </w:p>
        </w:tc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5D2428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Zonal Qualification Event</w:t>
            </w:r>
          </w:p>
        </w:tc>
      </w:tr>
      <w:tr w:rsidR="00FC4B53" w:rsidRPr="001D273E" w14:paraId="1639212A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17C15E1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Congress</w:t>
            </w:r>
          </w:p>
        </w:tc>
        <w:tc>
          <w:tcPr>
            <w:tcW w:w="4876" w:type="dxa"/>
          </w:tcPr>
          <w:p w14:paraId="5060375F" w14:textId="77777777" w:rsidR="00FC4B53" w:rsidRPr="001D273E" w:rsidRDefault="00FC4B53">
            <w:pPr>
              <w:rPr>
                <w:rFonts w:asciiTheme="majorHAnsi" w:hAnsiTheme="majorHAnsi" w:cstheme="majorHAnsi"/>
              </w:rPr>
            </w:pPr>
          </w:p>
        </w:tc>
      </w:tr>
    </w:tbl>
    <w:p w14:paraId="28BA0015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Name of the event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17ECFD25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2A1E579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Enter official event name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79B83208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Specific event / discipline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Please specify the event you are applying to organise.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66CDB2EC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A645997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Click or tap here to enter text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7C55E2FE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Proposed date and preference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Include your preferred dates and, where applicable, preference for an individual competition in the </w:t>
      </w:r>
      <w:proofErr w:type="spellStart"/>
      <w:r w:rsidRPr="001D273E">
        <w:rPr>
          <w:rFonts w:asciiTheme="majorHAnsi" w:hAnsiTheme="majorHAnsi" w:cstheme="majorHAnsi"/>
          <w:i/>
          <w:color w:val="6C7280"/>
          <w:sz w:val="16"/>
        </w:rPr>
        <w:t>programme</w:t>
      </w:r>
      <w:proofErr w:type="spellEnd"/>
      <w:r w:rsidRPr="001D273E">
        <w:rPr>
          <w:rFonts w:asciiTheme="majorHAnsi" w:hAnsiTheme="majorHAnsi" w:cstheme="majorHAnsi"/>
          <w:i/>
          <w:color w:val="6C7280"/>
          <w:sz w:val="16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37B30C4A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5F2339F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DD / MM / YYYY — preference / notes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6AEB4F31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Host city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12530599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04A029C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Provide key information about the proposed host city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160A79C7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Venue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Describe the venue and attach a site plan / diagram.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  <w:gridCol w:w="41"/>
      </w:tblGrid>
      <w:tr w:rsidR="00FC4B53" w:rsidRPr="001D273E" w14:paraId="778E72C6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AEE8DCD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Main arena</w:t>
            </w:r>
          </w:p>
        </w:tc>
        <w:tc>
          <w:tcPr>
            <w:tcW w:w="4876" w:type="dxa"/>
            <w:gridSpan w:val="2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C2C864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Training / warm-up areas</w:t>
            </w:r>
          </w:p>
        </w:tc>
      </w:tr>
      <w:tr w:rsidR="00FC4B53" w:rsidRPr="001D273E" w14:paraId="0AAE6B5D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D61CF4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Delegation boxes</w:t>
            </w:r>
          </w:p>
        </w:tc>
        <w:tc>
          <w:tcPr>
            <w:tcW w:w="4876" w:type="dxa"/>
            <w:gridSpan w:val="2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217C67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 xml:space="preserve">Media and press </w:t>
            </w:r>
            <w:proofErr w:type="spellStart"/>
            <w:r w:rsidRPr="001D273E">
              <w:rPr>
                <w:rFonts w:asciiTheme="majorHAnsi" w:hAnsiTheme="majorHAnsi" w:cstheme="majorHAnsi"/>
                <w:sz w:val="18"/>
              </w:rPr>
              <w:t>centre</w:t>
            </w:r>
            <w:proofErr w:type="spellEnd"/>
          </w:p>
        </w:tc>
      </w:tr>
      <w:tr w:rsidR="00FC4B53" w:rsidRPr="001D273E" w14:paraId="6886E1B4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059907F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Hospitality / VIP area</w:t>
            </w:r>
          </w:p>
        </w:tc>
        <w:tc>
          <w:tcPr>
            <w:tcW w:w="4876" w:type="dxa"/>
            <w:gridSpan w:val="2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093D70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International Broadcast Centre (IBC)</w:t>
            </w:r>
          </w:p>
        </w:tc>
      </w:tr>
      <w:tr w:rsidR="00FC4B53" w:rsidRPr="001D273E" w14:paraId="14526942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8DA570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Parking</w:t>
            </w:r>
          </w:p>
        </w:tc>
        <w:tc>
          <w:tcPr>
            <w:tcW w:w="4876" w:type="dxa"/>
            <w:gridSpan w:val="2"/>
          </w:tcPr>
          <w:p w14:paraId="6A107481" w14:textId="77777777" w:rsidR="00FC4B53" w:rsidRPr="001D273E" w:rsidRDefault="00FC4B53">
            <w:pPr>
              <w:rPr>
                <w:rFonts w:asciiTheme="majorHAnsi" w:hAnsiTheme="majorHAnsi" w:cstheme="majorHAnsi"/>
              </w:rPr>
            </w:pPr>
          </w:p>
        </w:tc>
      </w:tr>
      <w:tr w:rsidR="00FC4B53" w:rsidRPr="001D273E" w14:paraId="729CE14A" w14:textId="77777777">
        <w:trPr>
          <w:gridAfter w:val="1"/>
          <w:wAfter w:w="41" w:type="dxa"/>
          <w:jc w:val="center"/>
        </w:trPr>
        <w:tc>
          <w:tcPr>
            <w:tcW w:w="9752" w:type="dxa"/>
            <w:gridSpan w:val="2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9CCE23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Venue description, capacity, location and layout notes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tbl>
      <w:tblPr>
        <w:tblW w:w="0" w:type="auto"/>
        <w:tblInd w:w="150" w:type="dxa"/>
        <w:tblLook w:val="04A0" w:firstRow="1" w:lastRow="0" w:firstColumn="1" w:lastColumn="0" w:noHBand="0" w:noVBand="1"/>
      </w:tblPr>
      <w:tblGrid>
        <w:gridCol w:w="9590"/>
      </w:tblGrid>
      <w:tr w:rsidR="00FC4B53" w:rsidRPr="001D273E" w14:paraId="326D79CB" w14:textId="77777777">
        <w:tc>
          <w:tcPr>
            <w:tcW w:w="9752" w:type="dxa"/>
            <w:tcBorders>
              <w:top w:val="single" w:sz="5" w:space="0" w:color="D9D5F2"/>
              <w:left w:val="single" w:sz="5" w:space="0" w:color="D9D5F2"/>
              <w:bottom w:val="single" w:sz="5" w:space="0" w:color="D9D5F2"/>
              <w:right w:val="single" w:sz="5" w:space="0" w:color="D9D5F2"/>
            </w:tcBorders>
            <w:shd w:val="clear" w:color="auto" w:fill="F2F1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77BC627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46439A"/>
                <w:sz w:val="15"/>
              </w:rPr>
              <w:t xml:space="preserve">NOTE  </w:t>
            </w:r>
            <w:r w:rsidRPr="001D273E">
              <w:rPr>
                <w:rFonts w:asciiTheme="majorHAnsi" w:hAnsiTheme="majorHAnsi" w:cstheme="majorHAnsi"/>
                <w:sz w:val="17"/>
              </w:rPr>
              <w:t>Please attach supporting documents in PDF or Word format where relevant.</w:t>
            </w:r>
          </w:p>
        </w:tc>
      </w:tr>
    </w:tbl>
    <w:p w14:paraId="2CE6405B" w14:textId="77777777" w:rsidR="00FC4B53" w:rsidRPr="001D273E" w:rsidRDefault="00000000">
      <w:pPr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6407B024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FB435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lastRenderedPageBreak/>
              <w:t>01</w:t>
            </w:r>
          </w:p>
        </w:tc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EF1243A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COMPETITION ORGANISATION</w:t>
            </w:r>
            <w:r w:rsidRPr="001D273E">
              <w:rPr>
                <w:rFonts w:asciiTheme="majorHAnsi" w:hAnsiTheme="majorHAnsi" w:cstheme="majorHAnsi"/>
                <w:color w:val="D6DAE5"/>
                <w:sz w:val="16"/>
              </w:rPr>
              <w:t xml:space="preserve">  Technical &amp; climate information</w:t>
            </w:r>
          </w:p>
        </w:tc>
      </w:tr>
    </w:tbl>
    <w:p w14:paraId="15FD4493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303C79AB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Technical information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Provide quantities and specifications for </w:t>
      </w:r>
      <w:proofErr w:type="spellStart"/>
      <w:r w:rsidRPr="001D273E">
        <w:rPr>
          <w:rFonts w:asciiTheme="majorHAnsi" w:hAnsiTheme="majorHAnsi" w:cstheme="majorHAnsi"/>
          <w:i/>
          <w:color w:val="6C7280"/>
          <w:sz w:val="16"/>
        </w:rPr>
        <w:t>pistes</w:t>
      </w:r>
      <w:proofErr w:type="spellEnd"/>
      <w:r w:rsidRPr="001D273E">
        <w:rPr>
          <w:rFonts w:asciiTheme="majorHAnsi" w:hAnsiTheme="majorHAnsi" w:cstheme="majorHAnsi"/>
          <w:i/>
          <w:color w:val="6C7280"/>
          <w:sz w:val="16"/>
        </w:rPr>
        <w:t>, apparatus, technical service providers, competition management software, air conditioning, internet capacity, WLAN / Wi-Fi and other relevant infrastructure.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799E48C9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146CCA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Enter technical specifications and service-provider information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485B4B31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Climate conditions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Provide the average temperature, humidity and rainfall for the venue(s) during the proposed dates.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44"/>
        <w:gridCol w:w="3244"/>
        <w:gridCol w:w="3244"/>
      </w:tblGrid>
      <w:tr w:rsidR="00FC4B53" w:rsidRPr="001D273E" w14:paraId="2773B988" w14:textId="77777777">
        <w:trPr>
          <w:jc w:val="center"/>
        </w:trPr>
        <w:tc>
          <w:tcPr>
            <w:tcW w:w="3251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08086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15"/>
              </w:rPr>
              <w:t>AVERAGE TEMPERATURE</w:t>
            </w:r>
          </w:p>
        </w:tc>
        <w:tc>
          <w:tcPr>
            <w:tcW w:w="3251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F79D6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15"/>
              </w:rPr>
              <w:t>AVERAGE HUMIDITY</w:t>
            </w:r>
          </w:p>
        </w:tc>
        <w:tc>
          <w:tcPr>
            <w:tcW w:w="3251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1C29D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15"/>
              </w:rPr>
              <w:t>AVERAGE RAINFALL (MM)</w:t>
            </w:r>
          </w:p>
        </w:tc>
      </w:tr>
      <w:tr w:rsidR="00FC4B53" w:rsidRPr="001D273E" w14:paraId="3963C05F" w14:textId="77777777">
        <w:trPr>
          <w:jc w:val="center"/>
        </w:trPr>
        <w:tc>
          <w:tcPr>
            <w:tcW w:w="3251" w:type="dxa"/>
            <w:tcBorders>
              <w:top w:val="single" w:sz="8" w:space="0" w:color="D9DDE7"/>
              <w:left w:val="single" w:sz="8" w:space="0" w:color="D9DDE7"/>
              <w:bottom w:val="single" w:sz="8" w:space="0" w:color="D9DDE7"/>
              <w:right w:val="single" w:sz="8" w:space="0" w:color="D9DDE7"/>
            </w:tcBorders>
            <w:shd w:val="clear" w:color="auto" w:fill="F7F8FB"/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1DA16E99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Enter value</w:t>
            </w:r>
          </w:p>
        </w:tc>
        <w:tc>
          <w:tcPr>
            <w:tcW w:w="3251" w:type="dxa"/>
            <w:tcBorders>
              <w:top w:val="single" w:sz="8" w:space="0" w:color="D9DDE7"/>
              <w:left w:val="single" w:sz="8" w:space="0" w:color="D9DDE7"/>
              <w:bottom w:val="single" w:sz="8" w:space="0" w:color="D9DDE7"/>
              <w:right w:val="single" w:sz="8" w:space="0" w:color="D9DDE7"/>
            </w:tcBorders>
            <w:shd w:val="clear" w:color="auto" w:fill="F7F8FB"/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551CB567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Enter value</w:t>
            </w:r>
          </w:p>
        </w:tc>
        <w:tc>
          <w:tcPr>
            <w:tcW w:w="3251" w:type="dxa"/>
            <w:tcBorders>
              <w:top w:val="single" w:sz="8" w:space="0" w:color="D9DDE7"/>
              <w:left w:val="single" w:sz="8" w:space="0" w:color="D9DDE7"/>
              <w:bottom w:val="single" w:sz="8" w:space="0" w:color="D9DDE7"/>
              <w:right w:val="single" w:sz="8" w:space="0" w:color="D9DDE7"/>
            </w:tcBorders>
            <w:shd w:val="clear" w:color="auto" w:fill="F7F8FB"/>
            <w:tcMar>
              <w:top w:w="180" w:type="dxa"/>
              <w:left w:w="100" w:type="dxa"/>
              <w:bottom w:w="180" w:type="dxa"/>
              <w:right w:w="100" w:type="dxa"/>
            </w:tcMar>
          </w:tcPr>
          <w:p w14:paraId="496817BE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Enter value</w:t>
            </w:r>
          </w:p>
        </w:tc>
      </w:tr>
    </w:tbl>
    <w:p w14:paraId="42D7C903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Additional climate / seasonal notes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2CBCAB00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B476363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Click or tap here to enter text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5CF8F757" w14:textId="77777777" w:rsidR="00FC4B53" w:rsidRPr="001D273E" w:rsidRDefault="00000000">
      <w:pPr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14B0CBBF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5A45D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lastRenderedPageBreak/>
              <w:t>02</w:t>
            </w:r>
          </w:p>
        </w:tc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62EF62DE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ORGANIZING COMMITTEE</w:t>
            </w:r>
          </w:p>
        </w:tc>
      </w:tr>
    </w:tbl>
    <w:p w14:paraId="5D8523D8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57BCFDEB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President of the Organizing Committee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1D11B7AF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660228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NAME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Full name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6D6D94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E-MAIL ADDRESS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name@example.org</w:t>
            </w:r>
          </w:p>
        </w:tc>
      </w:tr>
    </w:tbl>
    <w:p w14:paraId="4BC08426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55B9E7E4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9A7BE6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PHONE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Include international country code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8FF514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ROLE / ORGANISATION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Optional</w:t>
            </w:r>
          </w:p>
        </w:tc>
      </w:tr>
    </w:tbl>
    <w:p w14:paraId="5801F7AF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p w14:paraId="5E87D6F4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Structure of the Organizing Committee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004B07A4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C4E3B70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Describe the committee structure, key functions and responsibilities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5970CAC9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Number of volunteers available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  <w:gridCol w:w="60"/>
      </w:tblGrid>
      <w:tr w:rsidR="00FC4B53" w:rsidRPr="001D273E" w14:paraId="1041BEDC" w14:textId="77777777">
        <w:trPr>
          <w:gridAfter w:val="1"/>
          <w:wAfter w:w="60" w:type="dxa"/>
          <w:jc w:val="center"/>
        </w:trPr>
        <w:tc>
          <w:tcPr>
            <w:tcW w:w="9752" w:type="dxa"/>
            <w:gridSpan w:val="2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720614E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Enter estimated number of volunteers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  <w:tr w:rsidR="00FC4B53" w:rsidRPr="001D273E" w14:paraId="631180F8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3C960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03</w:t>
            </w:r>
          </w:p>
        </w:tc>
        <w:tc>
          <w:tcPr>
            <w:tcW w:w="4876" w:type="dxa"/>
            <w:gridSpan w:val="2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54913E57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TRANSPORTATION</w:t>
            </w:r>
          </w:p>
        </w:tc>
      </w:tr>
    </w:tbl>
    <w:p w14:paraId="318DA37B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21C5630D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Main transportation hubs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Identify the nearest ports, train stations and airports enabling the movement of athletes, EFC/CEE officials and visitors.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3B806CA2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75BA7F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Click or tap here to enter text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48D45C2A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International access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458A21A3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E0A4E1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CLOSEST INTERNATIONAL AIRPORT</w:t>
            </w:r>
            <w:r w:rsidRPr="001D273E">
              <w:rPr>
                <w:rFonts w:asciiTheme="majorHAnsi" w:hAnsiTheme="majorHAnsi" w:cstheme="majorHAnsi"/>
              </w:rPr>
              <w:br/>
            </w:r>
            <w:proofErr w:type="spellStart"/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Airport</w:t>
            </w:r>
            <w:proofErr w:type="spellEnd"/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 xml:space="preserve"> name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221B9C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DISTANCE TO HOST CITY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Distance in km</w:t>
            </w:r>
          </w:p>
        </w:tc>
      </w:tr>
    </w:tbl>
    <w:p w14:paraId="5F394E9E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2A43A473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489EC86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Transfer options: bus, train, shuttle, taxi, other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0008AC78" w14:textId="77777777" w:rsidR="00FC4B53" w:rsidRPr="001D273E" w:rsidRDefault="00000000">
      <w:pPr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4D69F107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1F27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lastRenderedPageBreak/>
              <w:t>03</w:t>
            </w:r>
          </w:p>
        </w:tc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433117C6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TRANSPORTATION</w:t>
            </w:r>
            <w:r w:rsidRPr="001D273E">
              <w:rPr>
                <w:rFonts w:asciiTheme="majorHAnsi" w:hAnsiTheme="majorHAnsi" w:cstheme="majorHAnsi"/>
                <w:color w:val="D6DAE5"/>
                <w:sz w:val="16"/>
              </w:rPr>
              <w:t xml:space="preserve">  Local mobility</w:t>
            </w:r>
          </w:p>
        </w:tc>
      </w:tr>
    </w:tbl>
    <w:p w14:paraId="74507B2C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4E923AD3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Domestic / local transportation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Describe transport between official hotels and the venue, including frequency and operating model.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7EB06157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AE78399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Click or tap here to enter text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4F9341DD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Hotels within walking distance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Please indicate whether suitable hotels are located within walking distance of the venue.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7D0A8B7C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F528D7B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Click or tap here to enter text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18961227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Public transport incentives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Describe any incentives or arrangements encouraging participants to use public transportation.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  <w:gridCol w:w="60"/>
      </w:tblGrid>
      <w:tr w:rsidR="00FC4B53" w:rsidRPr="001D273E" w14:paraId="3CACFE0E" w14:textId="77777777">
        <w:trPr>
          <w:gridAfter w:val="1"/>
          <w:wAfter w:w="60" w:type="dxa"/>
          <w:jc w:val="center"/>
        </w:trPr>
        <w:tc>
          <w:tcPr>
            <w:tcW w:w="9752" w:type="dxa"/>
            <w:gridSpan w:val="2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043309E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Click or tap here to enter text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  <w:tr w:rsidR="00FC4B53" w:rsidRPr="001D273E" w14:paraId="761D3A3E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B4510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04</w:t>
            </w:r>
          </w:p>
        </w:tc>
        <w:tc>
          <w:tcPr>
            <w:tcW w:w="4876" w:type="dxa"/>
            <w:gridSpan w:val="2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6B558D3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ACCOMMODATION</w:t>
            </w:r>
          </w:p>
        </w:tc>
      </w:tr>
    </w:tbl>
    <w:p w14:paraId="5A504113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53DD6D1D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Official hotels of the competition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230B9432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0AFCAFF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List proposed official hotels, category, distance to venue and indicative capacity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0E4109E0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Maximum hotel price at the date of the competition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7E02BE9F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248354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MAXIMUM ROOM RATE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Amount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3CF2D1E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CURRENCY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EUR / local currency</w:t>
            </w:r>
          </w:p>
        </w:tc>
      </w:tr>
    </w:tbl>
    <w:p w14:paraId="4A57DB16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p w14:paraId="277CC89D" w14:textId="77777777" w:rsidR="00FC4B53" w:rsidRPr="001D273E" w:rsidRDefault="00000000">
      <w:pPr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7724E15D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8FEE8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lastRenderedPageBreak/>
              <w:t>05</w:t>
            </w:r>
          </w:p>
        </w:tc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34C7FC40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COMMUNICATION</w:t>
            </w:r>
          </w:p>
        </w:tc>
      </w:tr>
    </w:tbl>
    <w:p w14:paraId="5CE69CE0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161D3364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Person responsible for media and communication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0D4C73FE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493A06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NAME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Full name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943E8F3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E-MAIL ADDRESS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name@example.org</w:t>
            </w:r>
          </w:p>
        </w:tc>
      </w:tr>
    </w:tbl>
    <w:p w14:paraId="490A9637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54A3E05F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3185A3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PHONE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Include international country code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4E086E6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ORGANISATION / ROLE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Optional</w:t>
            </w:r>
          </w:p>
        </w:tc>
      </w:tr>
    </w:tbl>
    <w:p w14:paraId="2DE38CE8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14FD2865" w14:textId="77777777">
        <w:trPr>
          <w:jc w:val="center"/>
        </w:trPr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46439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16572" w14:textId="77777777" w:rsidR="00FC4B53" w:rsidRPr="001D273E" w:rsidRDefault="00000000">
            <w:pPr>
              <w:jc w:val="center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06</w:t>
            </w:r>
          </w:p>
        </w:tc>
        <w:tc>
          <w:tcPr>
            <w:tcW w:w="4876" w:type="dxa"/>
            <w:tcBorders>
              <w:top w:val="single" w:sz="8" w:space="0" w:color="18233B"/>
              <w:left w:val="single" w:sz="8" w:space="0" w:color="18233B"/>
              <w:bottom w:val="single" w:sz="8" w:space="0" w:color="18233B"/>
              <w:right w:val="single" w:sz="8" w:space="0" w:color="18233B"/>
            </w:tcBorders>
            <w:shd w:val="clear" w:color="auto" w:fill="18233B"/>
            <w:tcMar>
              <w:top w:w="100" w:type="dxa"/>
              <w:left w:w="180" w:type="dxa"/>
              <w:bottom w:w="100" w:type="dxa"/>
              <w:right w:w="180" w:type="dxa"/>
            </w:tcMar>
          </w:tcPr>
          <w:p w14:paraId="03BD6CA2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FFFFFF"/>
                <w:sz w:val="24"/>
              </w:rPr>
              <w:t>OTHER RELEVANT INFORMATION</w:t>
            </w:r>
          </w:p>
        </w:tc>
      </w:tr>
    </w:tbl>
    <w:p w14:paraId="4F035E3E" w14:textId="77777777" w:rsidR="00FC4B53" w:rsidRPr="001D273E" w:rsidRDefault="00FC4B53">
      <w:pPr>
        <w:spacing w:after="40"/>
        <w:rPr>
          <w:rFonts w:asciiTheme="majorHAnsi" w:hAnsiTheme="majorHAnsi" w:cstheme="majorHAnsi"/>
        </w:rPr>
      </w:pPr>
    </w:p>
    <w:p w14:paraId="4F43492A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Additional considerations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Please address any relevant constraints, opportunities or contextual factors.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  <w:gridCol w:w="41"/>
      </w:tblGrid>
      <w:tr w:rsidR="00FC4B53" w:rsidRPr="001D273E" w14:paraId="6678542C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5AA586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Venue constraints</w:t>
            </w:r>
          </w:p>
        </w:tc>
        <w:tc>
          <w:tcPr>
            <w:tcW w:w="4876" w:type="dxa"/>
            <w:gridSpan w:val="2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8CFAA5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Sponsor constraints</w:t>
            </w:r>
          </w:p>
        </w:tc>
      </w:tr>
      <w:tr w:rsidR="00FC4B53" w:rsidRPr="001D273E" w14:paraId="22D5D8DC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41F9B9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Anniversaries linked to the event date</w:t>
            </w:r>
          </w:p>
        </w:tc>
        <w:tc>
          <w:tcPr>
            <w:tcW w:w="4876" w:type="dxa"/>
            <w:gridSpan w:val="2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15EA99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Sustainability initiatives</w:t>
            </w:r>
          </w:p>
        </w:tc>
      </w:tr>
      <w:tr w:rsidR="00FC4B53" w:rsidRPr="001D273E" w14:paraId="4523147B" w14:textId="77777777">
        <w:trPr>
          <w:jc w:val="center"/>
        </w:trPr>
        <w:tc>
          <w:tcPr>
            <w:tcW w:w="4876" w:type="dxa"/>
            <w:tcBorders>
              <w:top w:val="single" w:sz="5" w:space="0" w:color="D9DDE7"/>
              <w:left w:val="single" w:sz="5" w:space="0" w:color="D9DDE7"/>
              <w:bottom w:val="single" w:sz="5" w:space="0" w:color="D9DDE7"/>
              <w:right w:val="single" w:sz="5" w:space="0" w:color="D9DDE7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ED2B45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="Segoe UI Symbol" w:hAnsi="Segoe UI Symbol" w:cs="Segoe UI Symbol"/>
                <w:color w:val="46439A"/>
                <w:sz w:val="22"/>
              </w:rPr>
              <w:t>☐</w:t>
            </w:r>
            <w:r w:rsidRPr="001D273E">
              <w:rPr>
                <w:rFonts w:asciiTheme="majorHAnsi" w:hAnsiTheme="majorHAnsi" w:cstheme="majorHAnsi"/>
                <w:color w:val="46439A"/>
                <w:sz w:val="22"/>
              </w:rPr>
              <w:t xml:space="preserve">  </w:t>
            </w:r>
            <w:r w:rsidRPr="001D273E">
              <w:rPr>
                <w:rFonts w:asciiTheme="majorHAnsi" w:hAnsiTheme="majorHAnsi" w:cstheme="majorHAnsi"/>
                <w:sz w:val="18"/>
              </w:rPr>
              <w:t>Other relevant matters</w:t>
            </w:r>
          </w:p>
        </w:tc>
        <w:tc>
          <w:tcPr>
            <w:tcW w:w="4876" w:type="dxa"/>
            <w:gridSpan w:val="2"/>
          </w:tcPr>
          <w:p w14:paraId="25A1A426" w14:textId="77777777" w:rsidR="00FC4B53" w:rsidRPr="001D273E" w:rsidRDefault="00FC4B53">
            <w:pPr>
              <w:rPr>
                <w:rFonts w:asciiTheme="majorHAnsi" w:hAnsiTheme="majorHAnsi" w:cstheme="majorHAnsi"/>
              </w:rPr>
            </w:pPr>
          </w:p>
        </w:tc>
      </w:tr>
      <w:tr w:rsidR="00FC4B53" w:rsidRPr="001D273E" w14:paraId="349DD0E7" w14:textId="77777777">
        <w:trPr>
          <w:gridAfter w:val="1"/>
          <w:wAfter w:w="41" w:type="dxa"/>
          <w:jc w:val="center"/>
        </w:trPr>
        <w:tc>
          <w:tcPr>
            <w:tcW w:w="9752" w:type="dxa"/>
            <w:gridSpan w:val="2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6DD58D62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Provide details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256401C4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Primary objectives for hosting the European Championships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28D5C6F1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8A47980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Describe your strategic and sporting objectives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2C3DE22B" w14:textId="7777777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Expected benefits and legacy</w:t>
      </w:r>
      <w:r w:rsidRPr="001D273E">
        <w:rPr>
          <w:rFonts w:asciiTheme="majorHAnsi" w:hAnsiTheme="majorHAnsi" w:cstheme="majorHAnsi"/>
          <w:i/>
          <w:color w:val="6C7280"/>
          <w:sz w:val="16"/>
        </w:rPr>
        <w:t xml:space="preserve">  Describe anticipated benefits for the venue, city, region and country, including legacy outcomes.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52"/>
      </w:tblGrid>
      <w:tr w:rsidR="00FC4B53" w:rsidRPr="001D273E" w14:paraId="5890B317" w14:textId="77777777">
        <w:trPr>
          <w:jc w:val="center"/>
        </w:trPr>
        <w:tc>
          <w:tcPr>
            <w:tcW w:w="9752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D1A648F" w14:textId="77777777" w:rsidR="00FC4B53" w:rsidRPr="001D273E" w:rsidRDefault="00000000">
            <w:pPr>
              <w:spacing w:after="0"/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Click or tap here to enter text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  <w:r w:rsidRPr="001D273E">
              <w:rPr>
                <w:rFonts w:asciiTheme="majorHAnsi" w:hAnsiTheme="majorHAnsi" w:cstheme="majorHAnsi"/>
              </w:rPr>
              <w:br/>
              <w:t xml:space="preserve"> </w:t>
            </w:r>
          </w:p>
        </w:tc>
      </w:tr>
    </w:tbl>
    <w:p w14:paraId="6AA47A46" w14:textId="124D498F" w:rsidR="00FC4B53" w:rsidRPr="001D273E" w:rsidRDefault="00FC4B53">
      <w:pPr>
        <w:rPr>
          <w:rFonts w:asciiTheme="majorHAnsi" w:hAnsiTheme="majorHAnsi" w:cstheme="majorHAnsi"/>
        </w:rPr>
      </w:pPr>
    </w:p>
    <w:tbl>
      <w:tblPr>
        <w:tblW w:w="9781" w:type="dxa"/>
        <w:tblInd w:w="-6" w:type="dxa"/>
        <w:tblLook w:val="04A0" w:firstRow="1" w:lastRow="0" w:firstColumn="1" w:lastColumn="0" w:noHBand="0" w:noVBand="1"/>
      </w:tblPr>
      <w:tblGrid>
        <w:gridCol w:w="9781"/>
      </w:tblGrid>
      <w:tr w:rsidR="00FC4B53" w:rsidRPr="001D273E" w14:paraId="1BED687F" w14:textId="77777777" w:rsidTr="00D66608">
        <w:tc>
          <w:tcPr>
            <w:tcW w:w="9781" w:type="dxa"/>
            <w:tcBorders>
              <w:top w:val="single" w:sz="5" w:space="0" w:color="D9D5F2"/>
              <w:left w:val="single" w:sz="5" w:space="0" w:color="D9D5F2"/>
              <w:bottom w:val="single" w:sz="5" w:space="0" w:color="D9D5F2"/>
              <w:right w:val="single" w:sz="5" w:space="0" w:color="D9D5F2"/>
            </w:tcBorders>
            <w:shd w:val="clear" w:color="auto" w:fill="F2F1F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F3BED9" w14:textId="77777777" w:rsidR="00FC4B53" w:rsidRPr="00D66608" w:rsidRDefault="00000000">
            <w:pPr>
              <w:rPr>
                <w:rFonts w:asciiTheme="majorHAnsi" w:hAnsiTheme="majorHAnsi" w:cstheme="majorHAnsi"/>
                <w:b/>
              </w:rPr>
            </w:pPr>
            <w:r w:rsidRPr="00D66608">
              <w:rPr>
                <w:rFonts w:asciiTheme="majorHAnsi" w:hAnsiTheme="majorHAnsi" w:cstheme="majorHAnsi"/>
                <w:b/>
                <w:color w:val="EE0000"/>
                <w:sz w:val="15"/>
              </w:rPr>
              <w:t xml:space="preserve">NOTE  </w:t>
            </w:r>
            <w:proofErr w:type="spellStart"/>
            <w:r w:rsidRPr="00D66608">
              <w:rPr>
                <w:rFonts w:asciiTheme="majorHAnsi" w:hAnsiTheme="majorHAnsi" w:cstheme="majorHAnsi"/>
                <w:b/>
                <w:color w:val="EE0000"/>
                <w:sz w:val="17"/>
              </w:rPr>
              <w:t>ECh</w:t>
            </w:r>
            <w:proofErr w:type="spellEnd"/>
            <w:r w:rsidRPr="00D66608">
              <w:rPr>
                <w:rFonts w:asciiTheme="majorHAnsi" w:hAnsiTheme="majorHAnsi" w:cstheme="majorHAnsi"/>
                <w:b/>
                <w:color w:val="EE0000"/>
                <w:sz w:val="17"/>
              </w:rPr>
              <w:t xml:space="preserve"> = European Championships. Supporting Budget and Action Plan files should be submitted in the requested format.</w:t>
            </w:r>
          </w:p>
        </w:tc>
      </w:tr>
    </w:tbl>
    <w:p w14:paraId="6DB7215A" w14:textId="77777777" w:rsidR="00D66608" w:rsidRDefault="00D66608">
      <w:pPr>
        <w:keepNext/>
        <w:spacing w:before="100" w:after="60"/>
        <w:rPr>
          <w:rFonts w:asciiTheme="majorHAnsi" w:hAnsiTheme="majorHAnsi" w:cstheme="majorHAnsi"/>
          <w:b/>
        </w:rPr>
      </w:pPr>
    </w:p>
    <w:p w14:paraId="7DCE858F" w14:textId="3A0BB1F7" w:rsidR="00FC4B53" w:rsidRPr="001D273E" w:rsidRDefault="00000000">
      <w:pPr>
        <w:keepNext/>
        <w:spacing w:before="100" w:after="60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</w:rPr>
        <w:t>Federation confirmation / authorized signatory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4E2F9B03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E6AC57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NAME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Full name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6E8D4E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POSITION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Official role</w:t>
            </w:r>
          </w:p>
        </w:tc>
      </w:tr>
    </w:tbl>
    <w:p w14:paraId="135AAC57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FC4B53" w:rsidRPr="001D273E" w14:paraId="0036D3A9" w14:textId="77777777">
        <w:trPr>
          <w:jc w:val="center"/>
        </w:trPr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924ED0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DATE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DD / MM / YYYY</w:t>
            </w:r>
          </w:p>
        </w:tc>
        <w:tc>
          <w:tcPr>
            <w:tcW w:w="4876" w:type="dxa"/>
            <w:tcBorders>
              <w:top w:val="single" w:sz="6" w:space="0" w:color="D9DDE7"/>
              <w:left w:val="single" w:sz="6" w:space="0" w:color="D9DDE7"/>
              <w:bottom w:val="single" w:sz="6" w:space="0" w:color="D9DDE7"/>
              <w:right w:val="single" w:sz="6" w:space="0" w:color="D9DDE7"/>
            </w:tcBorders>
            <w:shd w:val="clear" w:color="auto" w:fill="F7F8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FE646CC" w14:textId="77777777" w:rsidR="00FC4B53" w:rsidRPr="001D273E" w:rsidRDefault="00000000">
            <w:pPr>
              <w:rPr>
                <w:rFonts w:asciiTheme="majorHAnsi" w:hAnsiTheme="majorHAnsi" w:cstheme="majorHAnsi"/>
              </w:rPr>
            </w:pPr>
            <w:r w:rsidRPr="001D273E">
              <w:rPr>
                <w:rFonts w:asciiTheme="majorHAnsi" w:hAnsiTheme="majorHAnsi" w:cstheme="majorHAnsi"/>
                <w:b/>
                <w:color w:val="6C7280"/>
                <w:sz w:val="15"/>
              </w:rPr>
              <w:t>SIGNATURE</w:t>
            </w:r>
            <w:r w:rsidRPr="001D273E">
              <w:rPr>
                <w:rFonts w:asciiTheme="majorHAnsi" w:hAnsiTheme="majorHAnsi" w:cstheme="majorHAnsi"/>
              </w:rPr>
              <w:br/>
            </w:r>
            <w:r w:rsidRPr="001D273E">
              <w:rPr>
                <w:rFonts w:asciiTheme="majorHAnsi" w:hAnsiTheme="majorHAnsi" w:cstheme="majorHAnsi"/>
                <w:i/>
                <w:color w:val="9AA0AC"/>
                <w:sz w:val="18"/>
              </w:rPr>
              <w:t>Sign in final submitted copy</w:t>
            </w:r>
          </w:p>
        </w:tc>
      </w:tr>
    </w:tbl>
    <w:p w14:paraId="52629BD0" w14:textId="77777777" w:rsidR="00FC4B53" w:rsidRPr="001D273E" w:rsidRDefault="00FC4B53">
      <w:pPr>
        <w:spacing w:after="20"/>
        <w:rPr>
          <w:rFonts w:asciiTheme="majorHAnsi" w:hAnsiTheme="majorHAnsi" w:cstheme="majorHAnsi"/>
        </w:rPr>
      </w:pPr>
    </w:p>
    <w:p w14:paraId="2C0054DB" w14:textId="77777777" w:rsidR="00FC4B53" w:rsidRPr="001D273E" w:rsidRDefault="00000000">
      <w:pPr>
        <w:spacing w:before="400"/>
        <w:jc w:val="center"/>
        <w:rPr>
          <w:rFonts w:asciiTheme="majorHAnsi" w:hAnsiTheme="majorHAnsi" w:cstheme="majorHAnsi"/>
        </w:rPr>
      </w:pPr>
      <w:r w:rsidRPr="001D273E">
        <w:rPr>
          <w:rFonts w:asciiTheme="majorHAnsi" w:hAnsiTheme="majorHAnsi" w:cstheme="majorHAnsi"/>
          <w:b/>
          <w:color w:val="46439A"/>
          <w:sz w:val="16"/>
        </w:rPr>
        <w:t>EUROPEAN FENCING CONFEDERATION</w:t>
      </w:r>
      <w:r w:rsidRPr="001D273E">
        <w:rPr>
          <w:rFonts w:asciiTheme="majorHAnsi" w:hAnsiTheme="majorHAnsi" w:cstheme="majorHAnsi"/>
        </w:rPr>
        <w:br/>
      </w:r>
      <w:r w:rsidRPr="001D273E">
        <w:rPr>
          <w:rFonts w:asciiTheme="majorHAnsi" w:hAnsiTheme="majorHAnsi" w:cstheme="majorHAnsi"/>
          <w:color w:val="6C7280"/>
          <w:sz w:val="16"/>
        </w:rPr>
        <w:t>Bid Application Form</w:t>
      </w:r>
    </w:p>
    <w:sectPr w:rsidR="00FC4B53" w:rsidRPr="001D273E">
      <w:headerReference w:type="default" r:id="rId9"/>
      <w:footerReference w:type="default" r:id="rId10"/>
      <w:pgSz w:w="11906" w:h="16838"/>
      <w:pgMar w:top="1020" w:right="1077" w:bottom="964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E7330" w14:textId="77777777" w:rsidR="00423733" w:rsidRDefault="00423733">
      <w:pPr>
        <w:spacing w:after="0" w:line="240" w:lineRule="auto"/>
      </w:pPr>
      <w:r>
        <w:separator/>
      </w:r>
    </w:p>
  </w:endnote>
  <w:endnote w:type="continuationSeparator" w:id="0">
    <w:p w14:paraId="4D5F18AB" w14:textId="77777777" w:rsidR="00423733" w:rsidRDefault="00423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8B242" w14:textId="77777777" w:rsidR="00FC4B53" w:rsidRDefault="00000000">
    <w:pPr>
      <w:pStyle w:val="Stopka"/>
      <w:jc w:val="center"/>
    </w:pPr>
    <w:r>
      <w:rPr>
        <w:color w:val="6C7280"/>
        <w:sz w:val="15"/>
      </w:rPr>
      <w:t xml:space="preserve">EFC  •  BID APPLICATION FORM   |  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92D55" w14:textId="77777777" w:rsidR="00423733" w:rsidRDefault="00423733">
      <w:pPr>
        <w:spacing w:after="0" w:line="240" w:lineRule="auto"/>
      </w:pPr>
      <w:r>
        <w:separator/>
      </w:r>
    </w:p>
  </w:footnote>
  <w:footnote w:type="continuationSeparator" w:id="0">
    <w:p w14:paraId="128008F6" w14:textId="77777777" w:rsidR="00423733" w:rsidRDefault="00423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37695" w14:textId="77777777" w:rsidR="00FC4B53" w:rsidRDefault="00FC4B53">
    <w:pPr>
      <w:pStyle w:val="Nagwek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4876"/>
      <w:gridCol w:w="4876"/>
    </w:tblGrid>
    <w:tr w:rsidR="00FC4B53" w14:paraId="274AF6FC" w14:textId="77777777">
      <w:tc>
        <w:tcPr>
          <w:tcW w:w="4876" w:type="dxa"/>
        </w:tcPr>
        <w:p w14:paraId="6B78EEF8" w14:textId="77777777" w:rsidR="00FC4B53" w:rsidRDefault="00000000">
          <w:r>
            <w:rPr>
              <w:b/>
              <w:color w:val="6C7280"/>
              <w:sz w:val="15"/>
            </w:rPr>
            <w:t>EUROPEAN FENCING CONFEDERATION</w:t>
          </w:r>
        </w:p>
      </w:tc>
      <w:tc>
        <w:tcPr>
          <w:tcW w:w="4876" w:type="dxa"/>
        </w:tcPr>
        <w:p w14:paraId="19748CD1" w14:textId="74504F88" w:rsidR="00FC4B53" w:rsidRDefault="00000000">
          <w:pPr>
            <w:jc w:val="right"/>
          </w:pPr>
          <w:r>
            <w:rPr>
              <w:b/>
              <w:color w:val="46439A"/>
              <w:sz w:val="15"/>
            </w:rPr>
            <w:t>BID APPLICATION FORM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7328930">
    <w:abstractNumId w:val="8"/>
  </w:num>
  <w:num w:numId="2" w16cid:durableId="531891218">
    <w:abstractNumId w:val="6"/>
  </w:num>
  <w:num w:numId="3" w16cid:durableId="150221379">
    <w:abstractNumId w:val="5"/>
  </w:num>
  <w:num w:numId="4" w16cid:durableId="1633636821">
    <w:abstractNumId w:val="4"/>
  </w:num>
  <w:num w:numId="5" w16cid:durableId="299574557">
    <w:abstractNumId w:val="7"/>
  </w:num>
  <w:num w:numId="6" w16cid:durableId="495462273">
    <w:abstractNumId w:val="3"/>
  </w:num>
  <w:num w:numId="7" w16cid:durableId="780344202">
    <w:abstractNumId w:val="2"/>
  </w:num>
  <w:num w:numId="8" w16cid:durableId="778647959">
    <w:abstractNumId w:val="1"/>
  </w:num>
  <w:num w:numId="9" w16cid:durableId="1100952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273E"/>
    <w:rsid w:val="00285FFA"/>
    <w:rsid w:val="0029639D"/>
    <w:rsid w:val="002D3AA7"/>
    <w:rsid w:val="00326F90"/>
    <w:rsid w:val="00423733"/>
    <w:rsid w:val="00427153"/>
    <w:rsid w:val="00442BD8"/>
    <w:rsid w:val="00462914"/>
    <w:rsid w:val="005B7221"/>
    <w:rsid w:val="00AA1D8D"/>
    <w:rsid w:val="00B47730"/>
    <w:rsid w:val="00CB0664"/>
    <w:rsid w:val="00D3120B"/>
    <w:rsid w:val="00D66608"/>
    <w:rsid w:val="00F54657"/>
    <w:rsid w:val="00FC4B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98A3F7"/>
  <w14:defaultImageDpi w14:val="300"/>
  <w15:docId w15:val="{2DB12444-E304-4F06-BC40-D323D81E8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/>
    </w:pPr>
    <w:rPr>
      <w:rFonts w:ascii="Aptos" w:hAnsi="Aptos"/>
      <w:color w:val="18233B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B6A0341CECCA47AA354CA5523909A1" ma:contentTypeVersion="14" ma:contentTypeDescription="Utwórz nowy dokument." ma:contentTypeScope="" ma:versionID="f404d690ab1dc5258a892e606ddcc075">
  <xsd:schema xmlns:xsd="http://www.w3.org/2001/XMLSchema" xmlns:xs="http://www.w3.org/2001/XMLSchema" xmlns:p="http://schemas.microsoft.com/office/2006/metadata/properties" xmlns:ns2="963430fa-ba09-40de-9fc4-ccadf2f83bec" xmlns:ns3="d05d602d-0322-476f-b9eb-129d173647fd" targetNamespace="http://schemas.microsoft.com/office/2006/metadata/properties" ma:root="true" ma:fieldsID="27c27880c4a5d830b7447d6fb83c50a1" ns2:_="" ns3:_="">
    <xsd:import namespace="963430fa-ba09-40de-9fc4-ccadf2f83bec"/>
    <xsd:import namespace="d05d602d-0322-476f-b9eb-129d17364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430fa-ba09-40de-9fc4-ccadf2f83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edbdaa6d-a353-4196-8d09-7cdeafca70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d602d-0322-476f-b9eb-129d173647f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d85019-3424-4dad-8cac-c42eada73012}" ma:internalName="TaxCatchAll" ma:showField="CatchAllData" ma:web="d05d602d-0322-476f-b9eb-129d17364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3430fa-ba09-40de-9fc4-ccadf2f83bec">
      <Terms xmlns="http://schemas.microsoft.com/office/infopath/2007/PartnerControls"/>
    </lcf76f155ced4ddcb4097134ff3c332f>
    <TaxCatchAll xmlns="d05d602d-0322-476f-b9eb-129d173647f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F51C78-C271-4D0C-BCF3-2207FA068FB0}"/>
</file>

<file path=customXml/itemProps3.xml><?xml version="1.0" encoding="utf-8"?>
<ds:datastoreItem xmlns:ds="http://schemas.openxmlformats.org/officeDocument/2006/customXml" ds:itemID="{FF541CA8-9DFC-49CF-A345-23BEC4780437}"/>
</file>

<file path=customXml/itemProps4.xml><?xml version="1.0" encoding="utf-8"?>
<ds:datastoreItem xmlns:ds="http://schemas.openxmlformats.org/officeDocument/2006/customXml" ds:itemID="{929268EB-EF43-461C-BC1F-E14F945B38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Jacek Slupski</cp:lastModifiedBy>
  <cp:revision>3</cp:revision>
  <dcterms:created xsi:type="dcterms:W3CDTF">2026-08-14T08:40:00Z</dcterms:created>
  <dcterms:modified xsi:type="dcterms:W3CDTF">2026-08-14T08:41:00Z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0x01010077B6A0341CECCA47AA354CA5523909A1</vt:lpwstr>
  </property>
</Properties>
</file>